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5B7BA" w14:textId="77777777" w:rsidR="007C1245" w:rsidRDefault="008C0E2F">
      <w:pPr>
        <w:jc w:val="center"/>
      </w:pPr>
      <w:r>
        <w:rPr>
          <w:b/>
          <w:sz w:val="30"/>
        </w:rPr>
        <w:t>VACANCY REFILL / POSITION REQUEST</w:t>
      </w:r>
    </w:p>
    <w:p w14:paraId="60363EE6" w14:textId="77777777" w:rsidR="007C1245" w:rsidRPr="0026584F" w:rsidRDefault="008C0E2F">
      <w:pPr>
        <w:rPr>
          <w:sz w:val="22"/>
          <w:szCs w:val="24"/>
        </w:rPr>
      </w:pPr>
      <w:r w:rsidRPr="0026584F">
        <w:rPr>
          <w:b/>
          <w:sz w:val="24"/>
          <w:szCs w:val="24"/>
        </w:rPr>
        <w:t>Position Information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44"/>
        <w:gridCol w:w="2070"/>
        <w:gridCol w:w="2790"/>
        <w:gridCol w:w="3132"/>
      </w:tblGrid>
      <w:tr w:rsidR="007C1245" w14:paraId="1E522D31" w14:textId="77777777" w:rsidTr="0026584F">
        <w:trPr>
          <w:jc w:val="center"/>
        </w:trPr>
        <w:tc>
          <w:tcPr>
            <w:tcW w:w="1944" w:type="dxa"/>
            <w:shd w:val="clear" w:color="auto" w:fill="EDEDED"/>
            <w:vAlign w:val="center"/>
          </w:tcPr>
          <w:p w14:paraId="1C17DFB7" w14:textId="77777777" w:rsidR="007C1245" w:rsidRDefault="008C0E2F">
            <w:r>
              <w:rPr>
                <w:b/>
                <w:sz w:val="19"/>
              </w:rPr>
              <w:t>Position Title</w:t>
            </w:r>
          </w:p>
        </w:tc>
        <w:tc>
          <w:tcPr>
            <w:tcW w:w="2070" w:type="dxa"/>
            <w:vAlign w:val="center"/>
          </w:tcPr>
          <w:p w14:paraId="5AEE2102" w14:textId="77777777" w:rsidR="007C1245" w:rsidRDefault="007C1245"/>
        </w:tc>
        <w:tc>
          <w:tcPr>
            <w:tcW w:w="2790" w:type="dxa"/>
            <w:shd w:val="clear" w:color="auto" w:fill="EDEDED"/>
            <w:vAlign w:val="center"/>
          </w:tcPr>
          <w:p w14:paraId="7C752609" w14:textId="77777777" w:rsidR="007C1245" w:rsidRDefault="008C0E2F">
            <w:r>
              <w:rPr>
                <w:b/>
                <w:sz w:val="19"/>
              </w:rPr>
              <w:t>Position Number</w:t>
            </w:r>
          </w:p>
        </w:tc>
        <w:tc>
          <w:tcPr>
            <w:tcW w:w="3132" w:type="dxa"/>
            <w:vAlign w:val="center"/>
          </w:tcPr>
          <w:p w14:paraId="35411F15" w14:textId="77777777" w:rsidR="007C1245" w:rsidRDefault="007C1245"/>
        </w:tc>
      </w:tr>
      <w:tr w:rsidR="007C1245" w14:paraId="2C7164BF" w14:textId="77777777" w:rsidTr="0026584F">
        <w:trPr>
          <w:jc w:val="center"/>
        </w:trPr>
        <w:tc>
          <w:tcPr>
            <w:tcW w:w="1944" w:type="dxa"/>
            <w:shd w:val="clear" w:color="auto" w:fill="EDEDED"/>
            <w:vAlign w:val="center"/>
          </w:tcPr>
          <w:p w14:paraId="519C6BFE" w14:textId="77777777" w:rsidR="007C1245" w:rsidRDefault="008C0E2F">
            <w:r>
              <w:rPr>
                <w:b/>
                <w:sz w:val="19"/>
              </w:rPr>
              <w:t>Department/Unit</w:t>
            </w:r>
          </w:p>
        </w:tc>
        <w:tc>
          <w:tcPr>
            <w:tcW w:w="2070" w:type="dxa"/>
            <w:vAlign w:val="center"/>
          </w:tcPr>
          <w:p w14:paraId="78E7DC24" w14:textId="77777777" w:rsidR="007C1245" w:rsidRDefault="007C1245"/>
        </w:tc>
        <w:tc>
          <w:tcPr>
            <w:tcW w:w="2790" w:type="dxa"/>
            <w:shd w:val="clear" w:color="auto" w:fill="EDEDED"/>
            <w:vAlign w:val="center"/>
          </w:tcPr>
          <w:p w14:paraId="71F54E5B" w14:textId="77777777" w:rsidR="007C1245" w:rsidRDefault="008C0E2F">
            <w:r>
              <w:rPr>
                <w:b/>
                <w:sz w:val="19"/>
              </w:rPr>
              <w:t>Supervisor</w:t>
            </w:r>
          </w:p>
        </w:tc>
        <w:tc>
          <w:tcPr>
            <w:tcW w:w="3132" w:type="dxa"/>
            <w:vAlign w:val="center"/>
          </w:tcPr>
          <w:p w14:paraId="6ACBEDDF" w14:textId="77777777" w:rsidR="007C1245" w:rsidRDefault="007C1245"/>
        </w:tc>
      </w:tr>
      <w:tr w:rsidR="007C1245" w14:paraId="72C8D295" w14:textId="77777777" w:rsidTr="0026584F">
        <w:trPr>
          <w:jc w:val="center"/>
        </w:trPr>
        <w:tc>
          <w:tcPr>
            <w:tcW w:w="1944" w:type="dxa"/>
            <w:shd w:val="clear" w:color="auto" w:fill="EDEDED"/>
            <w:vAlign w:val="center"/>
          </w:tcPr>
          <w:p w14:paraId="1532BA0C" w14:textId="77777777" w:rsidR="007C1245" w:rsidRDefault="008C0E2F">
            <w:r>
              <w:rPr>
                <w:b/>
                <w:sz w:val="19"/>
              </w:rPr>
              <w:t>Director</w:t>
            </w:r>
          </w:p>
        </w:tc>
        <w:tc>
          <w:tcPr>
            <w:tcW w:w="2070" w:type="dxa"/>
            <w:vAlign w:val="center"/>
          </w:tcPr>
          <w:p w14:paraId="56181CD9" w14:textId="77777777" w:rsidR="007C1245" w:rsidRDefault="007C1245"/>
        </w:tc>
        <w:tc>
          <w:tcPr>
            <w:tcW w:w="2790" w:type="dxa"/>
            <w:tcBorders>
              <w:bottom w:val="single" w:sz="4" w:space="0" w:color="auto"/>
            </w:tcBorders>
            <w:shd w:val="clear" w:color="auto" w:fill="EDEDED"/>
            <w:vAlign w:val="center"/>
          </w:tcPr>
          <w:p w14:paraId="76179D66" w14:textId="77777777" w:rsidR="007C1245" w:rsidRDefault="008C0E2F">
            <w:r>
              <w:rPr>
                <w:b/>
                <w:sz w:val="19"/>
              </w:rPr>
              <w:t>Date Position Became Vacant</w:t>
            </w:r>
          </w:p>
        </w:tc>
        <w:tc>
          <w:tcPr>
            <w:tcW w:w="3132" w:type="dxa"/>
            <w:tcBorders>
              <w:bottom w:val="single" w:sz="4" w:space="0" w:color="auto"/>
            </w:tcBorders>
            <w:vAlign w:val="center"/>
          </w:tcPr>
          <w:p w14:paraId="02FE59D4" w14:textId="77777777" w:rsidR="007C1245" w:rsidRDefault="007C1245"/>
        </w:tc>
      </w:tr>
      <w:tr w:rsidR="007C1245" w14:paraId="74C8FEBD" w14:textId="77777777" w:rsidTr="0026584F">
        <w:trPr>
          <w:jc w:val="center"/>
        </w:trPr>
        <w:tc>
          <w:tcPr>
            <w:tcW w:w="1944" w:type="dxa"/>
            <w:shd w:val="clear" w:color="auto" w:fill="EDEDED"/>
            <w:vAlign w:val="center"/>
          </w:tcPr>
          <w:p w14:paraId="1D43A3A8" w14:textId="77777777" w:rsidR="007C1245" w:rsidRDefault="008C0E2F">
            <w:r>
              <w:rPr>
                <w:b/>
                <w:sz w:val="19"/>
              </w:rPr>
              <w:t>Requested Posting Date</w:t>
            </w:r>
          </w:p>
        </w:tc>
        <w:tc>
          <w:tcPr>
            <w:tcW w:w="2070" w:type="dxa"/>
            <w:vAlign w:val="center"/>
          </w:tcPr>
          <w:p w14:paraId="46EA2272" w14:textId="77777777" w:rsidR="007C1245" w:rsidRDefault="007C1245"/>
        </w:tc>
        <w:tc>
          <w:tcPr>
            <w:tcW w:w="2790" w:type="dxa"/>
            <w:tcBorders>
              <w:right w:val="nil"/>
            </w:tcBorders>
            <w:shd w:val="clear" w:color="auto" w:fill="EDEDED"/>
            <w:vAlign w:val="center"/>
          </w:tcPr>
          <w:p w14:paraId="1F385505" w14:textId="77777777" w:rsidR="007C1245" w:rsidRDefault="007C1245"/>
        </w:tc>
        <w:tc>
          <w:tcPr>
            <w:tcW w:w="3132" w:type="dxa"/>
            <w:tcBorders>
              <w:left w:val="nil"/>
            </w:tcBorders>
            <w:vAlign w:val="center"/>
          </w:tcPr>
          <w:p w14:paraId="4F225FFB" w14:textId="77777777" w:rsidR="007C1245" w:rsidRDefault="007C1245"/>
        </w:tc>
      </w:tr>
    </w:tbl>
    <w:p w14:paraId="5DE1A1B4" w14:textId="77777777" w:rsidR="007C1245" w:rsidRDefault="007C1245">
      <w:pPr>
        <w:spacing w:after="0"/>
      </w:pPr>
    </w:p>
    <w:p w14:paraId="340558C6" w14:textId="741472B7" w:rsidR="007C1245" w:rsidRDefault="008C0E2F" w:rsidP="0026584F">
      <w:pPr>
        <w:spacing w:before="80" w:after="40"/>
      </w:pPr>
      <w:r w:rsidRPr="0026584F">
        <w:rPr>
          <w:b/>
          <w:sz w:val="22"/>
        </w:rPr>
        <w:t>Vacancy Review</w:t>
      </w:r>
    </w:p>
    <w:p w14:paraId="4C2B6A5D" w14:textId="77777777" w:rsidR="007C1245" w:rsidRDefault="008C0E2F">
      <w:pPr>
        <w:spacing w:after="40"/>
      </w:pPr>
      <w:r>
        <w:rPr>
          <w:b/>
        </w:rPr>
        <w:t>What steps have been taken to assess whether the position can be eliminated, absorbed, or its responsibilities redistributed?</w:t>
      </w:r>
    </w:p>
    <w:p w14:paraId="389C41BC" w14:textId="5AAEAA4D" w:rsidR="007C1245" w:rsidRDefault="008C0E2F">
      <w:pPr>
        <w:spacing w:after="40"/>
      </w:pPr>
      <w:r>
        <w:t xml:space="preserve">Briefly describe </w:t>
      </w:r>
      <w:r w:rsidR="00B10917">
        <w:t xml:space="preserve">the </w:t>
      </w:r>
      <w:r>
        <w:t>workload review, redistribution of duties, process improvements, use of technology, or other resource considerations.</w:t>
      </w:r>
    </w:p>
    <w:p w14:paraId="10971159" w14:textId="77777777" w:rsidR="0026584F" w:rsidRDefault="0026584F">
      <w:pPr>
        <w:spacing w:after="40"/>
      </w:pPr>
    </w:p>
    <w:p w14:paraId="0FF4FFCB" w14:textId="77777777" w:rsidR="0026584F" w:rsidRDefault="0026584F">
      <w:pPr>
        <w:spacing w:after="40"/>
      </w:pPr>
    </w:p>
    <w:p w14:paraId="0BB916B3" w14:textId="77777777" w:rsidR="0026584F" w:rsidRDefault="0026584F">
      <w:pPr>
        <w:spacing w:after="40"/>
      </w:pPr>
    </w:p>
    <w:p w14:paraId="180A5065" w14:textId="77777777" w:rsidR="0026584F" w:rsidRDefault="0026584F">
      <w:pPr>
        <w:spacing w:after="40"/>
      </w:pPr>
    </w:p>
    <w:p w14:paraId="43EEA7DA" w14:textId="77777777" w:rsidR="0026584F" w:rsidRDefault="0026584F">
      <w:pPr>
        <w:spacing w:after="40"/>
      </w:pPr>
    </w:p>
    <w:p w14:paraId="5DD9313E" w14:textId="77777777" w:rsidR="0026584F" w:rsidRDefault="0026584F">
      <w:pPr>
        <w:spacing w:after="40"/>
      </w:pPr>
    </w:p>
    <w:p w14:paraId="52CDB2FC" w14:textId="77777777" w:rsidR="0026584F" w:rsidRDefault="0026584F">
      <w:pPr>
        <w:spacing w:after="40"/>
      </w:pPr>
    </w:p>
    <w:p w14:paraId="5436BB2A" w14:textId="77777777" w:rsidR="0026584F" w:rsidRDefault="0026584F">
      <w:pPr>
        <w:spacing w:after="40"/>
      </w:pPr>
    </w:p>
    <w:p w14:paraId="532664CA" w14:textId="77777777" w:rsidR="0026584F" w:rsidRDefault="0026584F">
      <w:pPr>
        <w:spacing w:after="40"/>
      </w:pPr>
    </w:p>
    <w:p w14:paraId="1F184EF3" w14:textId="77777777" w:rsidR="0026584F" w:rsidRDefault="0026584F">
      <w:pPr>
        <w:spacing w:after="40"/>
      </w:pPr>
    </w:p>
    <w:p w14:paraId="54119AC1" w14:textId="77777777" w:rsidR="0026584F" w:rsidRDefault="0026584F">
      <w:pPr>
        <w:spacing w:after="40"/>
      </w:pPr>
    </w:p>
    <w:p w14:paraId="1281DB6E" w14:textId="77777777" w:rsidR="0026584F" w:rsidRDefault="0026584F">
      <w:pPr>
        <w:spacing w:after="40"/>
      </w:pPr>
    </w:p>
    <w:p w14:paraId="192134A6" w14:textId="77777777" w:rsidR="0026584F" w:rsidRDefault="0026584F">
      <w:pPr>
        <w:spacing w:after="40"/>
      </w:pPr>
    </w:p>
    <w:p w14:paraId="000CD177" w14:textId="77777777" w:rsidR="0026584F" w:rsidRDefault="0026584F">
      <w:pPr>
        <w:spacing w:after="20"/>
      </w:pPr>
    </w:p>
    <w:p w14:paraId="2DD65AF6" w14:textId="1616D788" w:rsidR="007C1245" w:rsidRDefault="008C0E2F" w:rsidP="0026584F">
      <w:pPr>
        <w:spacing w:before="80" w:after="40"/>
      </w:pPr>
      <w:r w:rsidRPr="0026584F">
        <w:rPr>
          <w:b/>
          <w:sz w:val="22"/>
        </w:rPr>
        <w:t>Current Operational Need</w:t>
      </w:r>
    </w:p>
    <w:p w14:paraId="136C5F9E" w14:textId="77777777" w:rsidR="007C1245" w:rsidRDefault="008C0E2F">
      <w:pPr>
        <w:spacing w:after="40"/>
      </w:pPr>
      <w:r>
        <w:rPr>
          <w:b/>
        </w:rPr>
        <w:t>Why is the position still needed?</w:t>
      </w:r>
    </w:p>
    <w:p w14:paraId="3F9CF87B" w14:textId="7CF95CD1" w:rsidR="007C1245" w:rsidRDefault="008C0E2F">
      <w:pPr>
        <w:spacing w:after="40"/>
      </w:pPr>
      <w:r>
        <w:t xml:space="preserve">Briefly describe the ongoing business/operational need and </w:t>
      </w:r>
      <w:r w:rsidR="00720C65">
        <w:t xml:space="preserve">the </w:t>
      </w:r>
      <w:r>
        <w:t>impact if the position remains vacant.</w:t>
      </w:r>
    </w:p>
    <w:p w14:paraId="60799F36" w14:textId="77777777" w:rsidR="0026584F" w:rsidRDefault="0026584F">
      <w:pPr>
        <w:spacing w:after="40"/>
      </w:pPr>
    </w:p>
    <w:p w14:paraId="38218106" w14:textId="77777777" w:rsidR="0026584F" w:rsidRDefault="0026584F">
      <w:pPr>
        <w:spacing w:after="40"/>
      </w:pPr>
    </w:p>
    <w:p w14:paraId="035D456E" w14:textId="77777777" w:rsidR="0026584F" w:rsidRDefault="0026584F">
      <w:pPr>
        <w:spacing w:after="40"/>
      </w:pPr>
    </w:p>
    <w:p w14:paraId="42E3F11F" w14:textId="77777777" w:rsidR="0026584F" w:rsidRDefault="0026584F">
      <w:pPr>
        <w:spacing w:after="40"/>
      </w:pPr>
    </w:p>
    <w:p w14:paraId="258FDA1A" w14:textId="77777777" w:rsidR="0026584F" w:rsidRDefault="0026584F">
      <w:pPr>
        <w:spacing w:after="40"/>
      </w:pPr>
    </w:p>
    <w:p w14:paraId="4334DD29" w14:textId="77777777" w:rsidR="0026584F" w:rsidRDefault="0026584F">
      <w:pPr>
        <w:spacing w:after="40"/>
      </w:pPr>
    </w:p>
    <w:p w14:paraId="07FCB7C5" w14:textId="77777777" w:rsidR="0026584F" w:rsidRDefault="0026584F">
      <w:pPr>
        <w:spacing w:after="40"/>
      </w:pPr>
    </w:p>
    <w:p w14:paraId="1A015853" w14:textId="77777777" w:rsidR="0026584F" w:rsidRDefault="0026584F">
      <w:pPr>
        <w:spacing w:after="40"/>
      </w:pPr>
    </w:p>
    <w:p w14:paraId="42F9D912" w14:textId="77777777" w:rsidR="0026584F" w:rsidRDefault="0026584F">
      <w:pPr>
        <w:spacing w:after="40"/>
      </w:pPr>
    </w:p>
    <w:p w14:paraId="2F1DAC9B" w14:textId="77777777" w:rsidR="0026584F" w:rsidRDefault="0026584F">
      <w:pPr>
        <w:spacing w:after="40"/>
      </w:pPr>
    </w:p>
    <w:p w14:paraId="07B0CA0E" w14:textId="77777777" w:rsidR="0026584F" w:rsidRDefault="0026584F">
      <w:pPr>
        <w:spacing w:after="40"/>
      </w:pPr>
    </w:p>
    <w:p w14:paraId="689286C6" w14:textId="77777777" w:rsidR="0026584F" w:rsidRDefault="0026584F">
      <w:pPr>
        <w:spacing w:after="40"/>
      </w:pPr>
    </w:p>
    <w:p w14:paraId="0D7605AB" w14:textId="77777777" w:rsidR="0026584F" w:rsidRDefault="0026584F">
      <w:pPr>
        <w:spacing w:after="40"/>
      </w:pPr>
    </w:p>
    <w:p w14:paraId="1FE8F598" w14:textId="77777777" w:rsidR="0026584F" w:rsidRDefault="0026584F">
      <w:pPr>
        <w:spacing w:after="40"/>
      </w:pPr>
    </w:p>
    <w:p w14:paraId="02DED6BD" w14:textId="5603C8CD" w:rsidR="007C1245" w:rsidRDefault="008C0E2F" w:rsidP="0026584F">
      <w:pPr>
        <w:spacing w:before="80" w:after="40"/>
      </w:pPr>
      <w:r w:rsidRPr="0026584F">
        <w:rPr>
          <w:b/>
          <w:sz w:val="22"/>
        </w:rPr>
        <w:lastRenderedPageBreak/>
        <w:t>Proposed Action</w:t>
      </w:r>
    </w:p>
    <w:p w14:paraId="39E0D31F" w14:textId="77777777" w:rsidR="007C1245" w:rsidRDefault="008C0E2F">
      <w:pPr>
        <w:spacing w:after="20"/>
      </w:pPr>
      <w:r>
        <w:t>☐ Refill the position as currently established</w:t>
      </w:r>
    </w:p>
    <w:p w14:paraId="01102A87" w14:textId="77777777" w:rsidR="007C1245" w:rsidRDefault="008C0E2F">
      <w:pPr>
        <w:spacing w:after="20"/>
      </w:pPr>
      <w:r>
        <w:t>☐ Refill with modifications to the position</w:t>
      </w:r>
    </w:p>
    <w:p w14:paraId="643C347D" w14:textId="77777777" w:rsidR="007C1245" w:rsidRDefault="008C0E2F">
      <w:pPr>
        <w:spacing w:after="20"/>
      </w:pPr>
      <w:r>
        <w:t>☐ Other: ________________________________________________</w:t>
      </w:r>
    </w:p>
    <w:p w14:paraId="74B68922" w14:textId="77777777" w:rsidR="007C1245" w:rsidRDefault="008C0E2F">
      <w:pPr>
        <w:spacing w:before="40" w:after="40"/>
      </w:pPr>
      <w:r>
        <w:rPr>
          <w:b/>
        </w:rPr>
        <w:t>If modifications are requested, briefly explain:</w:t>
      </w:r>
    </w:p>
    <w:p w14:paraId="2C478331" w14:textId="77777777" w:rsidR="0026584F" w:rsidRDefault="0026584F">
      <w:pPr>
        <w:spacing w:before="80" w:after="40"/>
      </w:pPr>
    </w:p>
    <w:p w14:paraId="3C1CDE95" w14:textId="77777777" w:rsidR="0026584F" w:rsidRDefault="0026584F">
      <w:pPr>
        <w:spacing w:before="80" w:after="40"/>
      </w:pPr>
    </w:p>
    <w:p w14:paraId="50AB4BA2" w14:textId="77777777" w:rsidR="0026584F" w:rsidRDefault="0026584F">
      <w:pPr>
        <w:spacing w:before="80" w:after="40"/>
      </w:pPr>
    </w:p>
    <w:p w14:paraId="3BDF1F5F" w14:textId="77777777" w:rsidR="0026584F" w:rsidRDefault="0026584F">
      <w:pPr>
        <w:spacing w:before="80" w:after="40"/>
      </w:pPr>
    </w:p>
    <w:p w14:paraId="3F822DFB" w14:textId="56815D24" w:rsidR="007C1245" w:rsidRDefault="008C0E2F">
      <w:pPr>
        <w:spacing w:before="80" w:after="40"/>
      </w:pPr>
      <w:r>
        <w:rPr>
          <w:b/>
          <w:sz w:val="22"/>
        </w:rPr>
        <w:t>Approval</w:t>
      </w:r>
    </w:p>
    <w:p w14:paraId="002ABF18" w14:textId="77777777" w:rsidR="007C1245" w:rsidRDefault="008C0E2F">
      <w:pPr>
        <w:spacing w:after="140"/>
      </w:pPr>
      <w:r>
        <w:t>By signing below, I confirm that the vacancy has been reviewed, available resources and workload have been considered, and there remains an operational need to fill this position.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44"/>
        <w:gridCol w:w="3312"/>
        <w:gridCol w:w="1152"/>
        <w:gridCol w:w="3600"/>
      </w:tblGrid>
      <w:tr w:rsidR="007C1245" w14:paraId="1924632A" w14:textId="77777777">
        <w:trPr>
          <w:jc w:val="center"/>
        </w:trPr>
        <w:tc>
          <w:tcPr>
            <w:tcW w:w="1944" w:type="dxa"/>
            <w:shd w:val="clear" w:color="auto" w:fill="EDEDED"/>
            <w:vAlign w:val="center"/>
          </w:tcPr>
          <w:p w14:paraId="02F1A515" w14:textId="77777777" w:rsidR="007C1245" w:rsidRDefault="008C0E2F">
            <w:r>
              <w:rPr>
                <w:b/>
                <w:sz w:val="19"/>
              </w:rPr>
              <w:t>Supervisor:</w:t>
            </w:r>
          </w:p>
        </w:tc>
        <w:tc>
          <w:tcPr>
            <w:tcW w:w="3312" w:type="dxa"/>
            <w:vAlign w:val="center"/>
          </w:tcPr>
          <w:p w14:paraId="0B56D44D" w14:textId="77777777" w:rsidR="007C1245" w:rsidRDefault="007C1245"/>
        </w:tc>
        <w:tc>
          <w:tcPr>
            <w:tcW w:w="1152" w:type="dxa"/>
            <w:shd w:val="clear" w:color="auto" w:fill="EDEDED"/>
            <w:vAlign w:val="center"/>
          </w:tcPr>
          <w:p w14:paraId="1D1B3C45" w14:textId="77777777" w:rsidR="007C1245" w:rsidRDefault="008C0E2F">
            <w:r>
              <w:rPr>
                <w:b/>
                <w:sz w:val="19"/>
              </w:rPr>
              <w:t>Date:</w:t>
            </w:r>
          </w:p>
        </w:tc>
        <w:tc>
          <w:tcPr>
            <w:tcW w:w="3600" w:type="dxa"/>
            <w:vAlign w:val="center"/>
          </w:tcPr>
          <w:p w14:paraId="38E3E065" w14:textId="77777777" w:rsidR="007C1245" w:rsidRDefault="007C1245"/>
        </w:tc>
      </w:tr>
      <w:tr w:rsidR="007C1245" w14:paraId="48733472" w14:textId="77777777">
        <w:trPr>
          <w:jc w:val="center"/>
        </w:trPr>
        <w:tc>
          <w:tcPr>
            <w:tcW w:w="1944" w:type="dxa"/>
            <w:shd w:val="clear" w:color="auto" w:fill="EDEDED"/>
            <w:vAlign w:val="center"/>
          </w:tcPr>
          <w:p w14:paraId="23FD0399" w14:textId="77777777" w:rsidR="007C1245" w:rsidRDefault="008C0E2F">
            <w:r>
              <w:rPr>
                <w:b/>
                <w:sz w:val="19"/>
              </w:rPr>
              <w:t>Director:</w:t>
            </w:r>
          </w:p>
        </w:tc>
        <w:tc>
          <w:tcPr>
            <w:tcW w:w="3312" w:type="dxa"/>
            <w:vAlign w:val="center"/>
          </w:tcPr>
          <w:p w14:paraId="3C7FC70B" w14:textId="77777777" w:rsidR="007C1245" w:rsidRDefault="007C1245"/>
        </w:tc>
        <w:tc>
          <w:tcPr>
            <w:tcW w:w="1152" w:type="dxa"/>
            <w:shd w:val="clear" w:color="auto" w:fill="EDEDED"/>
            <w:vAlign w:val="center"/>
          </w:tcPr>
          <w:p w14:paraId="0D03CF42" w14:textId="77777777" w:rsidR="007C1245" w:rsidRDefault="008C0E2F">
            <w:r>
              <w:rPr>
                <w:b/>
                <w:sz w:val="19"/>
              </w:rPr>
              <w:t>Date:</w:t>
            </w:r>
          </w:p>
        </w:tc>
        <w:tc>
          <w:tcPr>
            <w:tcW w:w="3600" w:type="dxa"/>
            <w:vAlign w:val="center"/>
          </w:tcPr>
          <w:p w14:paraId="6632DDC8" w14:textId="77777777" w:rsidR="007C1245" w:rsidRDefault="007C1245"/>
        </w:tc>
      </w:tr>
    </w:tbl>
    <w:p w14:paraId="06AFDDBF" w14:textId="77777777" w:rsidR="008C0E2F" w:rsidRDefault="008C0E2F"/>
    <w:sectPr w:rsidR="008C0E2F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DB077ED"/>
    <w:multiLevelType w:val="hybridMultilevel"/>
    <w:tmpl w:val="EA86CF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2B501F2"/>
    <w:multiLevelType w:val="hybridMultilevel"/>
    <w:tmpl w:val="E0BAE91A"/>
    <w:lvl w:ilvl="0" w:tplc="AAEC9DC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0174183">
    <w:abstractNumId w:val="8"/>
  </w:num>
  <w:num w:numId="2" w16cid:durableId="1783760591">
    <w:abstractNumId w:val="6"/>
  </w:num>
  <w:num w:numId="3" w16cid:durableId="1733887194">
    <w:abstractNumId w:val="5"/>
  </w:num>
  <w:num w:numId="4" w16cid:durableId="1387799009">
    <w:abstractNumId w:val="4"/>
  </w:num>
  <w:num w:numId="5" w16cid:durableId="1038243621">
    <w:abstractNumId w:val="7"/>
  </w:num>
  <w:num w:numId="6" w16cid:durableId="1127577643">
    <w:abstractNumId w:val="3"/>
  </w:num>
  <w:num w:numId="7" w16cid:durableId="2131779944">
    <w:abstractNumId w:val="2"/>
  </w:num>
  <w:num w:numId="8" w16cid:durableId="1298687314">
    <w:abstractNumId w:val="1"/>
  </w:num>
  <w:num w:numId="9" w16cid:durableId="95059095">
    <w:abstractNumId w:val="0"/>
  </w:num>
  <w:num w:numId="10" w16cid:durableId="2037542090">
    <w:abstractNumId w:val="9"/>
  </w:num>
  <w:num w:numId="11" w16cid:durableId="18261633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6584F"/>
    <w:rsid w:val="0029639D"/>
    <w:rsid w:val="00326F90"/>
    <w:rsid w:val="00720C65"/>
    <w:rsid w:val="007C1245"/>
    <w:rsid w:val="008238E9"/>
    <w:rsid w:val="008C0E2F"/>
    <w:rsid w:val="00AA1D8D"/>
    <w:rsid w:val="00AF4E54"/>
    <w:rsid w:val="00B10917"/>
    <w:rsid w:val="00B47730"/>
    <w:rsid w:val="00CB0664"/>
    <w:rsid w:val="00E963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C18F39"/>
  <w14:defaultImageDpi w14:val="300"/>
  <w15:docId w15:val="{FD863006-F1F0-493A-B4B1-57D137271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65221e-cea7-48b0-bf7a-2c134a338a80">
      <Terms xmlns="http://schemas.microsoft.com/office/infopath/2007/PartnerControls"/>
    </lcf76f155ced4ddcb4097134ff3c332f>
    <TaxCatchAll xmlns="a1d7d480-4e47-4a2c-a6f2-408c08848f56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73C38DE12BDE47B87C63AAB103F273" ma:contentTypeVersion="17" ma:contentTypeDescription="Create a new document." ma:contentTypeScope="" ma:versionID="313b616047f6856f16d56fbeb6446bdb">
  <xsd:schema xmlns:xsd="http://www.w3.org/2001/XMLSchema" xmlns:xs="http://www.w3.org/2001/XMLSchema" xmlns:p="http://schemas.microsoft.com/office/2006/metadata/properties" xmlns:ns2="3e65221e-cea7-48b0-bf7a-2c134a338a80" xmlns:ns3="a1d7d480-4e47-4a2c-a6f2-408c08848f56" targetNamespace="http://schemas.microsoft.com/office/2006/metadata/properties" ma:root="true" ma:fieldsID="ffc054dc3fa1804647dc9e12ce13fdca" ns2:_="" ns3:_="">
    <xsd:import namespace="3e65221e-cea7-48b0-bf7a-2c134a338a80"/>
    <xsd:import namespace="a1d7d480-4e47-4a2c-a6f2-408c08848f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65221e-cea7-48b0-bf7a-2c134a338a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a0c477a-f09e-4137-8c49-77869fdcca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d7d480-4e47-4a2c-a6f2-408c08848f5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920e5ed-e199-4675-b93a-9b2f913fdfb2}" ma:internalName="TaxCatchAll" ma:showField="CatchAllData" ma:web="a1d7d480-4e47-4a2c-a6f2-408c08848f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39863BE-2EBE-4DC1-B641-DBE262D8E08F}">
  <ds:schemaRefs>
    <ds:schemaRef ds:uri="http://schemas.microsoft.com/office/2006/metadata/properties"/>
    <ds:schemaRef ds:uri="http://schemas.microsoft.com/office/infopath/2007/PartnerControls"/>
    <ds:schemaRef ds:uri="3e65221e-cea7-48b0-bf7a-2c134a338a80"/>
    <ds:schemaRef ds:uri="a1d7d480-4e47-4a2c-a6f2-408c08848f56"/>
  </ds:schemaRefs>
</ds:datastoreItem>
</file>

<file path=customXml/itemProps2.xml><?xml version="1.0" encoding="utf-8"?>
<ds:datastoreItem xmlns:ds="http://schemas.openxmlformats.org/officeDocument/2006/customXml" ds:itemID="{852C8666-1D5D-4D4D-8C3D-0CBB5F0F01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9EE526-5503-4052-9B3B-DA18237612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65221e-cea7-48b0-bf7a-2c134a338a80"/>
    <ds:schemaRef ds:uri="a1d7d480-4e47-4a2c-a6f2-408c08848f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Bennett,Barbara A</cp:lastModifiedBy>
  <cp:revision>2</cp:revision>
  <dcterms:created xsi:type="dcterms:W3CDTF">2026-09-21T18:10:00Z</dcterms:created>
  <dcterms:modified xsi:type="dcterms:W3CDTF">2026-09-21T18:10:00Z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05fe2d70-aef5-4b49-b797-4aff871186e5</vt:lpwstr>
  </property>
  <property fmtid="{D5CDD505-2E9C-101B-9397-08002B2CF9AE}" pid="3" name="ContentTypeId">
    <vt:lpwstr>0x010100E473C38DE12BDE47B87C63AAB103F273</vt:lpwstr>
  </property>
</Properties>
</file>